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COMUNICAT DE PRESĂ</w:t>
      </w:r>
    </w:p>
    <w:p>
      <w:r>
        <w:br/>
        <w:t>Partidul Taximetriștilor și Transportatorilor Europeni (PTTE)</w:t>
        <w:br/>
        <w:t>Data: 12 noiembrie 2025</w:t>
        <w:br/>
        <w:t>Locație: București – Giurgiu – Fréjus (Franța)</w:t>
        <w:br/>
      </w:r>
    </w:p>
    <w:p>
      <w:pPr>
        <w:pStyle w:val="Heading2"/>
      </w:pPr>
      <w:r>
        <w:t>PTTE anunță depunerea oficială a patru inițiative majore privind transportul taxi și înființarea Filialei Franceze – Fréjus</w:t>
      </w:r>
    </w:p>
    <w:p>
      <w:r>
        <w:br/>
        <w:t>Partidul Taximetriștilor și Transportatorilor Europeni (PTTE), împreună cu Asociația Transfrontalieră a Taximetriștilor ROM–BG, anunță în mod oficial depunerea a patru inițiative publice de importanță națională și europeană, care marchează o nouă etapă în dezvoltarea organizației și în consolidarea drepturilor transportatorilor români din țară și din diaspora.</w:t>
        <w:br/>
      </w:r>
    </w:p>
    <w:p>
      <w:pPr>
        <w:pStyle w:val="Heading3"/>
      </w:pPr>
      <w:r>
        <w:t>Inițiativele depuse la București</w:t>
      </w:r>
    </w:p>
    <w:p>
      <w:r>
        <w:br/>
        <w:t>La Primăria Municipiului București, PTTE a depus două inițiative majore:</w:t>
        <w:br/>
        <w:t>- Eliminarea obligativității culorii galbene pentru autoturismele utilizate în regim de taxi;</w:t>
        <w:br/>
        <w:t>- Uniformizarea aplicării normelor de formare și atestare profesională a conducătorilor auto care efectuează transport de persoane în regim de taxi și în regim de închiriere.</w:t>
        <w:br/>
        <w:br/>
        <w:t>Ambele inițiative urmăresc îmbunătățirea calității serviciilor de transport public în București, prin promovarea unui serviciu de mobilitate urbană modern, eficient și orientat către nevoile cetățenilor.</w:t>
        <w:br/>
        <w:t>Aceste măsuri contribuie la creșterea încrederii publice, la modernizarea serviciilor taxi și la consolidarea relației dintre transportatori și beneficiari.</w:t>
        <w:br/>
      </w:r>
    </w:p>
    <w:p>
      <w:pPr>
        <w:pStyle w:val="Heading3"/>
      </w:pPr>
      <w:r>
        <w:t>Inițiativele depuse la Giurgiu</w:t>
      </w:r>
    </w:p>
    <w:p>
      <w:r>
        <w:br/>
        <w:t>La Primăria Municipiului Giurgiu, PTTE și Asociația Transfrontalieră a Taximetriștilor ROM–BG au înaintat o cerere de eliminare a vizei anuale, inclusiv a obligativității contractului de dispecerat.</w:t>
        <w:br/>
        <w:t>Aceste prevederi, considerate nejustificat de împovărătoare, urmează să fie înlocuite cu o procedură administrativă simplificată, conformă cu Legea nr. 38/2003 privind transportul în regim de taxi și în regim de închiriere și cu Normele metodologice de aplicare ale acesteia.</w:t>
        <w:br/>
        <w:t>Scopul acestor măsuri este reducerea birocrației și asigurarea unui cadru administrativ echitabil, stabil și transparent pentru toți transportatorii autorizați din municipiu.</w:t>
        <w:br/>
      </w:r>
    </w:p>
    <w:p>
      <w:pPr>
        <w:pStyle w:val="Heading3"/>
      </w:pPr>
      <w:r>
        <w:t>Extinderea internațională – Filiala Franceză PTTE Fréjus</w:t>
      </w:r>
    </w:p>
    <w:p>
      <w:r>
        <w:br/>
        <w:t>Partidul își extinde activitatea pe plan internațional prin înființarea Filialei Franceze – Fréjus, condusă de dl. Zorilă Adrian Grecu, transportator român stabilit în Franța, cunoscut pentru implicarea sa constantă în apărarea drepturilor transportatorilor și lucrătorilor români din Europa.</w:t>
        <w:br/>
        <w:br/>
        <w:t>Filiala are misiunea de a reprezenta interesele transportatorilor români din Franța, de a colabora cu autoritățile locale franceze și de a promova integrarea comunității românești în mediul profesional și administrativ european.</w:t>
        <w:br/>
        <w:br/>
        <w:t>Totodată, dl. Zorilă Adrian Grecu este desemnat de Partidul Taximetriștilor și Transportatorilor Europeni (PTTE) drept viitor candidat la alegerile europarlamentare din 2029, în cadrul unei platforme politice dedicate reprezentării transportatorilor și lucrătorilor mobili români la nivelul Uniunii Europene.</w:t>
        <w:br/>
      </w:r>
    </w:p>
    <w:p>
      <w:pPr>
        <w:pStyle w:val="Heading3"/>
      </w:pPr>
      <w:r>
        <w:t>Declarația conducerii PTTE</w:t>
      </w:r>
    </w:p>
    <w:p>
      <w:r>
        <w:br/>
        <w:t>„Aceste inițiative nu sunt simple acțiuni administrative, ci expresia unei viziuni moderne și responsabile asupra transportului public.</w:t>
        <w:br/>
        <w:t>Prin demersurile inițiate la București și Giurgiu și prin extinderea internațională în Franța, PTTE își asumă rolul de promotor al reformei, al demnității profesionale și al reprezentării europene autentice a transportatorilor români.”</w:t>
        <w:br/>
        <w:t>— Conducerea Partidului Taximetriștilor și Transportatorilor Europeni (PTTE)</w:t>
        <w:br/>
      </w:r>
    </w:p>
    <w:p>
      <w:r>
        <w:br/>
        <w:t>Partidul Taximetriștilor și Transportatorilor Europeni (PTTE)</w:t>
        <w:br/>
        <w:t>Promovează legalitatea, siguranța, calitatea serviciilor și demnitatea profesională în transportul european.</w:t>
        <w:br/>
        <w:br/>
        <w:t>Contact oficial:</w:t>
        <w:br/>
        <w:t>E-mail: contact@ptte.ro</w:t>
        <w:br/>
        <w:t>Telefon: +40 ...</w:t>
        <w:br/>
        <w:t>Website: www.ptte.ro</w:t>
        <w:br/>
        <w:t>Facebook: @PTTEoficial</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